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by STAT pokrýval „Utečenca“, keby bol jeho farmaceutický škandál skutočný</w:t>
      </w:r>
    </w:p>
    <w:p>
      <w:r>
        <w:t>Zdroj: STAT News</w:t>
      </w:r>
    </w:p>
    <w:p>
      <w:r>
        <w:t>Publikované: Fri, 13 Mar 2026 19:51:08 +0000</w:t>
      </w:r>
    </w:p>
    <w:p/>
    <w:p>
      <w:pPr>
        <w:pStyle w:val="Heading1"/>
      </w:pPr>
      <w:r>
        <w:t>Súhrn</w:t>
      </w:r>
    </w:p>
    <w:p>
      <w:r>
        <w:t>Článok je špeciálnou správou STATus v oscarovej sezóne. Popisuje, ako by redakcia STAT pokrývala drogový škandál z filmu „Utečenec“, keby bol skutočný. Film zahŕňa farmaceutickú spoločnosť zapletenú do škandálu s liekom, kde vrah manželky doktora Richarda Kimballa dostal alibi od 15 ľudí, pravdepodobne lekárov a manažérov firmy. Títo ľudia ho kryli za vraždu, vrátane úplatkov lekárom na dovolenky pre schválenie lieku. Škandál sa týka falšovania údajov o bezpečnosti lieku Provasic. Konšpirácia zahŕňa kolegu Kimballa a ďalších, aby zabezpečili schválenie lieku napriek rizikám. Celý príbeh je hypotetickou žurnalistickou analýzou filmu.[1][2][3][5]</w:t>
      </w:r>
    </w:p>
    <w:p/>
    <w:p>
      <w:pPr>
        <w:jc w:val="center"/>
      </w:pPr>
      <w:r>
        <w:t>Vygenerované: 13.03.2026 21:00:34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