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Ukončenie chrípkovej sezóny v USA</w:t>
      </w:r>
    </w:p>
    <w:p>
      <w:r>
        <w:t>Zdroj: MedPage Today</w:t>
      </w:r>
    </w:p>
    <w:p>
      <w:r>
        <w:t>Publikované: Fri, 13 Mar 2026 15:52:25 -0400</w:t>
      </w:r>
    </w:p>
    <w:p/>
    <w:p>
      <w:pPr>
        <w:pStyle w:val="Heading1"/>
      </w:pPr>
      <w:r>
        <w:t>Súhrn</w:t>
      </w:r>
    </w:p>
    <w:p>
      <w:r>
        <w:t>CDC v piatok zverejnilo údaje o pokračujúcom poklese návštev lekárov a nemocníc kvôli symptómom chrípky počas minulého týždňa. Počet štátov s vysokou aktivitou chrípky klesol na 16. Mnohé z týchto štátov sa nachádzajú v páse naťahujúcom sa cez krajinu. Chrípková sezóna v USA sa tak postupne ukončuje. Údaje poukazujú na celkový pokles aktivity chrípky v porovnaní s predchádzajúcimi týždňami. Tento vývoj signalizuje koniec vrcholu sezóny.</w:t>
      </w:r>
    </w:p>
    <w:p/>
    <w:p>
      <w:pPr>
        <w:jc w:val="center"/>
      </w:pPr>
      <w:r>
        <w:t>Vygenerované: 13.03.2026 22:00:32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