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Ako často ľudia naozaj prdia? Vedci vytvorili inteligentnú spodnú bielizeň, aby to zistili</w:t>
      </w:r>
    </w:p>
    <w:p>
      <w:r>
        <w:t>Zdroj: ScienceDaily Health</w:t>
      </w:r>
    </w:p>
    <w:p>
      <w:r>
        <w:t>Publikované: Sat, 14 Mar 2026 18:36:43 EDT</w:t>
      </w:r>
    </w:p>
    <w:p/>
    <w:p>
      <w:pPr>
        <w:pStyle w:val="Heading1"/>
      </w:pPr>
      <w:r>
        <w:t>Súhrn</w:t>
      </w:r>
    </w:p>
    <w:p>
      <w:r>
        <w:t>Vedci vyvinuli „Smart Underwear“, nositeľné zariadenie zabudované do spodnej bielizne, ktoré meria plynatosť detekciou vodíka produkovaného črevnými mikróbmi.[1][2] Skoré testy ukázali, že ľudia môžu prejsť plynom približne 32-krát denne, čo presahuje predchádzajúce odhady.[1] Prístroj umožňuje sledovať črevnú mikrobiálnu aktivitu v reálnom čase počas každodenného života.[1][2] Zvýšený príjem vlákniny viedol k vyššej produkcii vodíka, čo zariadenie spolehlivo zaznamenalo.[1] Projekt Human Flatus Atlas, vedený gastroenterológom Brantleyho Halla z University of Maryland, mapuje normálne vzorce produkcie plynu naprieč populáciou.[1][2][4] Štúdia zahŕňa tri skupiny účastníkov: tých s vysokovlákninovou stravou a nízkou plynatosťou, jedincov s nadmernou plynatosťou a „normálnu“ skupinu medzi nimi.[2][4] Cieľom je vytvoriť referenčné hodnoty pre hodnotenie vplyvu stravy a probiotík na črevný mikrobióm.[1][4] Súvisiaca mobilná aplikácia sleduje jedlá fotografiami a spája ich s meraniami plynatosti.[6]</w:t>
      </w:r>
    </w:p>
    <w:p/>
    <w:p>
      <w:pPr>
        <w:jc w:val="center"/>
      </w:pPr>
      <w:r>
        <w:t>Vygenerované: 15.03.2026 00:00:33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