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Presun integrovanej starostlivosti do komunity v subsaharskej Afrike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Vertikálne programy zdravotnej starostlivosti boli vysoko účinné pri rýchlom zavádzaní služieb HIV v krajinách s vysokou záťažou v južnej a východnej Afrike. S zlepšeným prístupom k starostlivosti a predĺženou dĺžkou života sú ľudia s HIV postihnutí neprenosnými chorobami, najmä hypertenziou a cukrovkou, v podobnej miere ako ľudia bez HIV. Tento posun vedie k rastúcej potrebe prechodu programov vertikálnej starostlivosti na integrované národné systémy zdravotnej starostlivosti. Cieľom je zabezpečiť udržateľnosť takýchto systémov v subsaharskej Afrike. Článok zdôrazňuje presun integrovanej starostlivosti priamo do komunít.</w:t>
      </w:r>
    </w:p>
    <w:p/>
    <w:p>
      <w:pPr>
        <w:jc w:val="center"/>
      </w:pPr>
      <w:r>
        <w:t>Vygenerované: 13.03.2026 02:00:59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