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Poučenie z histórie Inštitútu pre výskum vírusov v Ugande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Inštitút pre výskum vírusov v Ugande (UVRI) bol založený v roku 1936 Rockefellerovou nadáciou ako Výskumný inštitút žltej horúčky.[1][3] V rokoch 1936 až 1972 izoloval 124 kmeňov vírusov a 24 nových vírusov, vrátane Chikungunya, O'nyong'nyong, Zika, West Nile, Bunyamwera, Bwamba a Sindbis.[1][2] V roku 1942 sa stal kľúčovým distribučným centrom pre vakcíny proti žltej horúčke v Afrike a na Blízkom východe.[1] V roku 1950 bol premenovaný na Východoafrický výskumný inštitút vírusov a označený ako regionálne centrum WHO pre arbovírusy.[1][3] Po rozpade Východoafrickej komunity v roku 1977 získal súčasný názov Uganda Virus Research Institute.[1][3] V roku 1987 začal výskum HIV a stal sa referenčnou laboratóriou pre diagnostiku a sledovanie HIV.[1] Dnes slúži ako národné a regionálne referenčné centrum pre vektormi prenášané vírusové ochorenia, laboratórium WHO pre chrípku, žltú horúčku, osýpky, ružienku a polio.[1][2]</w:t>
      </w:r>
    </w:p>
    <w:p/>
    <w:p>
      <w:pPr>
        <w:jc w:val="center"/>
      </w:pPr>
      <w:r>
        <w:t>Vygenerované: 13.03.2026 02:02:37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