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[Nekrológ] Nicholas White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Sir Nicholas John White bol britský lekár a výskumný pracovník špecializujúci sa na tropické choroby, ktorý sa narodil 13. marca 1951 a zomrel 1. februára 2026[1]. Počas svojej takmer päťdesiatročnej kariéry sa venoval najmä výskumu malárie a prispel k transformácii jej liečby na celosvetovej úrovni[4]. Spolu s kolegom Françoisom Nostendom zistil, že artemizín, liek objavený čínskymi výskumníkmi, sa v tele rýchlo metabolizuje, a preto navrhol kombinovať ho s dlhšie pôsobiacim liekom, čo viedlo k vývoju artemizín-založených kombinovaných terapií (ACT)[2]. Tieto liečby boli bezpečnejšie a ľahšie na použitie ako chinin, ktorý bol štandardným liekom od 19. storočia[2]. Jeho výskum pomocou medzinárodných klinických skúšok poskytol dôkazy, že artemizín-založené kombinované terapie sa stali globálnym štandardom na liečbu malárie, vrátane intravenózneho artesunátu na liečbu ťažkej malárie[1]. Okrem malárie sa venoval aj výskumu ďalších infekčných chorôb vrátane tetanu, dengue horúčky a počas pandémie COVID-19 viedol svetovo najväčšiu skúšku potenciálnych preventívnych liekov[2]. Jeho práca zachránila milióny životov a jeho prínos bol uznaný britským rytierstvom v roku 2017[7].</w:t>
      </w:r>
    </w:p>
    <w:p/>
    <w:p>
      <w:pPr>
        <w:jc w:val="center"/>
      </w:pPr>
      <w:r>
        <w:t>Vygenerované: 13.03.2026 02:02:50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