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Zdravie v Afrike: africký región WHO v nasledujúcom desaťročí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V roku 2025 došlo k hlbokým narušeniam medzinárodného ekosystému verejného zdravia, ktoré predstavovali významné hrozby aj nové príležitosti pre africký región WHO.[nenájdené] Pre tento región bol rok 2025 obdobím prehodnotenia, prehodnotenia a strategického preorientovania.[nenájdené]</w:t>
      </w:r>
    </w:p>
    <w:p/>
    <w:p>
      <w:pPr>
        <w:jc w:val="center"/>
      </w:pPr>
      <w:r>
        <w:t>Vygenerované: 13.03.2026 02:03:31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