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Antidepresíva: perioperačné QTc a riziko sodíka – odpoveď autorov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Autori ďakujú Zheng Fu a Fulei Gu za zdôraznenie dôležitých dôsledkov ich sieťovej metaanalýzy. Súhlasia, že interpretácia údajov z krátkodobej randomizovanej kontrolovanej štúdie (RCT) si vyžaduje opatrnosť. Týka sa to najmä vysokorizikových klinických podmienok. Patrí sem perioperačná starostlivosť. Článok je odpoveďou autorov na korespondenciu o antidepresívach. Zameriava sa na perioperačné riziká QTc intervalu a sodíka.</w:t>
      </w:r>
    </w:p>
    <w:p/>
    <w:p>
      <w:pPr>
        <w:jc w:val="center"/>
      </w:pPr>
      <w:r>
        <w:t>Vygenerované: 13.03.2026 02:05:11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