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[Department of Error] Department of Error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Toto je opravný dokument (Department of Error) k článku Kishan AU a kol. publikovanému v Lancete 2026; 407: 1059–71 o použití a trvaní hormonálnej terapie s pooperačnou rádioterapiou pri rekurentnom karcinóme prostaty. V obrázku 3 mal nadpis štvrtého stĺpca znieť „Roky (95 % CI)“. Druhá veta v nadpise k obrázku 3 mala znieť „Podskupina s dlhodobou terapiou alebo bez nej zahŕňa údaje z RTOG 9601 a…“. Názov na obrázku 4A mal byť „Účinok liečby: rádioterapia + hormonálna terapia vs rádioterapia“. Názov na obrázku 4B mal byť rovnaký ako pri 4A: „Účinok liečby: rádioterapia + hormonálna terapia vs rádioterapia“. Názov na obrázku 4D mal znieť „Účinok liečby: rádioterapia + krátkodobá hormonálna terapia vs rádioterapia“.[1]</w:t>
      </w:r>
    </w:p>
    <w:p/>
    <w:p>
      <w:pPr>
        <w:jc w:val="center"/>
      </w:pPr>
      <w:r>
        <w:t>Vygenerované: 13.03.2026 02:05:20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