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Toto je opravný dodatok k prehľadovému článku v časopise The Lancet s názvom „Agonisty receptora GLP-1 a lieky na báze inkretínov novej generácie: metabolické, kardiovaskulárne a renálne prínosy“, publikovaného v roku 2026 (407: 892–908). Autori sú Michael A. Nauck, Katherine R. Tuttle, Matthias H. Tschöp a Matthias Blüher. V príslušnosti Matthiasa H. Tschöpa sa pridáva Ludwig-Maximilians-Universität München (LMU Munich), Mníchov, Nemecko. V sekcii Vyhlásenie o záujmoch boli opravené údaje pre Michaela A. Naucka, Matthiasa H. Tschöpa a Matthiasa Blühera. Dodatok bol upravený a opravy boli zverejnené v online verzii 12. marca 2026.</w:t>
      </w:r>
    </w:p>
    <w:p/>
    <w:p>
      <w:pPr>
        <w:jc w:val="center"/>
      </w:pPr>
      <w:r>
        <w:t>Vygenerované: 13.03.2026 02:05:30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