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Integrovaná komunitná starostlivosť v porovnaní so starostlivosťou v zariadeniach pre ľudí s HIV, cukrovkou a hypertenziou v subsaharskej Afrike (INTE-COMM): otvorená, multikrajinová, klastrová randomizovaná štúdia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Bohužiaľ, v poskytnutých výsledkoch vyhľadávania sa nenachádza článok s presným názvom "INTE-COMM" (Integrated community-based versus facility-based care). Dostupné sú informácie o štúdii INTE-AFRICA, ktorá skúmala integrovanú starostlivosť o HIV, cukrovku a hypertenziu v zdravotníckych zariadeniach v Ugande a Tanzánii[1]. Podľa štúdie INTE-AFRICA sa integrovaná starostlivosť, pri ktorej jedni zdravotníci spravujú všetky tri ochorenia s jednotným systémom lekární a zdravotníckych záznamov, neznížila kvalitu starostlivosti[1]. Medzi pacientmi s cukrovkou alebo hypertenziou bolo v integrovanej starostlivosti zachovaných v starostlivosti 89,0 % pacientov a v štandardnej starostlivosti 89,8 % pacientov[1]. Integrovaná starostlivosť neznížila ani účinnosť liečby HIV[1]. Štúdia zahŕňala 32 zdravotníckych zariadení v Ugande a Tanzánii s viac ako 5 000 účastníkmi starších ako 18 rokov[1]. Ak potrebujete informácie konkrétne o štúdii INTE-COMM, prosím poskytnite relevantné zdroje, pretože v aktuálnych výsledkoch vyhľadávania nie sú dostupné.</w:t>
      </w:r>
    </w:p>
    <w:p/>
    <w:p>
      <w:pPr>
        <w:jc w:val="center"/>
      </w:pPr>
      <w:r>
        <w:t>Vygenerované: 13.03.2026 02:06:06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