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[Seminár] Kosáčikovitá anémia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Kosáčikovitá anémia je dedičná genetická porucha červených krviniek spôsobená mutáciou v géne pre hemoglobín, ktorá vedie k deformácii červených krviniek do tvaru kosáčika[1][2]. Tieto deformované krvinky majú skrátený čas života (10 až 20 dní namiesto normálnych 120 dní) a blokujú krvné cievy, čím prerušujú prívod kyslíka do tkanív a spôsobujú chronickú anémiu[1][3]. Chorobu charakterizujú bolestivé vazookluzívne krízy, ktoré môžu postihnúť chrbát, hrudník, končatiny a brucho, ako aj akútny hrudný syndróm podobný zápaľu pľúc[1][2]. Medzi ďalšie vážne akútne komplikácie patrí cievna mozgová príhoda (mŕtvica) spôsobená blokádou prietoku krvi v mozgu a zvýšená náchylnosť na infekcie v dôsledku poškodenia sleziny[1][3]. Chronické komplikácie zahŕňajú postupné poškodenie prakticky všetkých orgánových systémov vrátane obličiek, pľúc, srdca, očí a kostnej drene[3][4]. Chorobu sprevádzajú príznaky ako únava, dýchavičnosť, žltačka, spomalený rast u detí a problémy s očami vrátane slepoty[1]. Kosáčikovitá anémia sa najčastejšie vyskytuje u ľudí, ktorých predkovia pochádzali z Afriky, Saudskej Arábie, Indie a oblasti Stredozemného mora[1].</w:t>
      </w:r>
    </w:p>
    <w:p/>
    <w:p>
      <w:pPr>
        <w:jc w:val="center"/>
      </w:pPr>
      <w:r>
        <w:t>Vygenerované: 13.03.2026 02:06:19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