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Skryté hlbokomorské proteíny by mohli prebíjať testy chorôb</w:t>
      </w:r>
    </w:p>
    <w:p>
      <w:r>
        <w:t>Zdroj: ScienceDaily Health</w:t>
      </w:r>
    </w:p>
    <w:p>
      <w:r>
        <w:t>Publikované: Sat, 14 Mar 2026 23:50:05 EDT</w:t>
      </w:r>
    </w:p>
    <w:p/>
    <w:p>
      <w:pPr>
        <w:pStyle w:val="Heading1"/>
      </w:pPr>
      <w:r>
        <w:t>Súhrn</w:t>
      </w:r>
    </w:p>
    <w:p>
      <w:r>
        <w:t>Vedci objavili nové húževnaté proteíny viažuce DNA v sopečných jazerách a hlbokomorských prieduchoch, ktoré prežívajú extrémne podmienky. Tieto proteíny zostávajú stabilné pod vplyvom tepla, soli a drsnej chémie. Výskumníci ich našli po skenovaní obrovských genetických databáz. Jeden z týchto proteínov výrazne zlepšil rýchle diagnostické testy LAMP, čím ich urobil rýchlejšími a citlivejšími. Objav by mohol pomôcť vytvoriť lepšie nástroje na zisťovanie infekčných chorôb.</w:t>
      </w:r>
    </w:p>
    <w:p/>
    <w:p>
      <w:pPr>
        <w:jc w:val="center"/>
      </w:pPr>
      <w:r>
        <w:t>Vygenerované: 15.03.2026 06:00:41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