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Učebnice sa mýlili: Vedci odhaľujú prekvapivý spôsob, akým ľudské vlasy skutočne rastú</w:t>
      </w:r>
    </w:p>
    <w:p>
      <w:r>
        <w:t>Zdroj: ScienceDaily Health</w:t>
      </w:r>
    </w:p>
    <w:p>
      <w:r>
        <w:t>Publikované: Sat, 14 Mar 2026 08:15:12 EDT</w:t>
      </w:r>
    </w:p>
    <w:p/>
    <w:p>
      <w:pPr>
        <w:pStyle w:val="Heading1"/>
      </w:pPr>
      <w:r>
        <w:t>Súhrn</w:t>
      </w:r>
    </w:p>
    <w:p>
      <w:r>
        <w:t>Učebnice sa mýlili, pretože ľudské vlasy nerastú tak, ako sa kedysi verilo. Nový výskum ukazuje, že vlasy nie sú vytlačené z korienkov. Namiesto toho pohybujúce sa bunky vo vnútri vlasového folikulu ťahajú vlas nahor ako mikroskopický motor. Pokročilé 3D zobrazovanie odhalilo špirálový pohyb týchto buniek, ktorý generuje potrebnú silu. Toto zistenie by mohlo zmeniť spôsob skúmania vypadávania vlasov. Vedci tak môžu navrhovať nové liečby na základe tohto mechanizmu.</w:t>
      </w:r>
    </w:p>
    <w:p/>
    <w:p>
      <w:pPr>
        <w:jc w:val="center"/>
      </w:pPr>
      <w:r>
        <w:t>Vygenerované: 14.03.2026 14:00:31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