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Potenciálne výhody a poškodenie skríningu rakoviny hrubého čreva; Spánok u dospievajúcich</w:t>
      </w:r>
    </w:p>
    <w:p>
      <w:r>
        <w:t>Zdroj: MedPage Today</w:t>
      </w:r>
    </w:p>
    <w:p>
      <w:r>
        <w:t>Publikované: Sat, 14 Mar 2026 14:00:00 -0400</w:t>
      </w:r>
    </w:p>
    <w:p/>
    <w:p>
      <w:pPr>
        <w:pStyle w:val="Heading1"/>
      </w:pPr>
      <w:r>
        <w:t>Súhrn</w:t>
      </w:r>
    </w:p>
    <w:p>
      <w:r>
        <w:t>TTHealthWatch je týždenný podcast od Texas Tech, v ktorom Elizabeth Tracey z Johns Hopkins Medicine a Rick Lange, MD z Texas Tech Health El Paso, diskutujú špičkové lekárske témy. Podcast sa zameriava na potenciálne výhody a riziká skríningu rakoviny hrubého čreva. Ďalšou témou je spánok u dospievajúcich. Skríning rakoviny hrubého čreva a konečníka je najúčinnejší na včasný záchyt ochorenia, čím znižuje úmrtnosť až o 30 %.[1] Zahŕňa testy na skryté krvácanie v stolici (TOKS) a kolonoskopiu, ktorá umožňuje odstránenie polypov počas vyšetrenia.[3][5] Na Slovensku je určený pre bezpríznakových ľudí vo veku 50-75 rokov raz za 2 roky, koordinovaný zdravotnými poisťovňami.[2][5] V roku 2025 bolo vďaka skríningu zachytených 1075 prípadov a rozoslaných takmer 190-tisíc pozvánok.[3] Žiadny skríning nie je 100 % účinný a kolonoskopia nesie malé riziko poškodenia čreva.[4]</w:t>
      </w:r>
    </w:p>
    <w:p/>
    <w:p>
      <w:pPr>
        <w:jc w:val="center"/>
      </w:pPr>
      <w:r>
        <w:t>Vygenerované: 14.03.2026 20:00:32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