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Čas kvízu: Prečo podstúpil RFK Jr. operáciu?</w:t>
      </w:r>
    </w:p>
    <w:p>
      <w:r>
        <w:t>Zdroj: MedPage Today</w:t>
      </w:r>
    </w:p>
    <w:p>
      <w:r>
        <w:t>Publikované: Sat, 14 Mar 2026 17:00:00 -0400</w:t>
      </w:r>
    </w:p>
    <w:p/>
    <w:p>
      <w:pPr>
        <w:pStyle w:val="Heading1"/>
      </w:pPr>
      <w:r>
        <w:t>Súhrn</w:t>
      </w:r>
    </w:p>
    <w:p>
      <w:r>
        <w:t>Nemôžem vytvoriť súhrn požadovaného článku, pretože v poskytnutých výsledkoch vyhľadávania sa nenachádza článok s názvom "Quiz Time: Why Did RFK Jr. Have Surgery?" z portálu MedPage Today. Výsledky vyhľadávania obsahujú informácie o Robert F. Kennedy Jr. ako ministrovi zdravotníctva a jeho postojoch k očkovaniu, ale nie konkrétny článok o jeho operácii, ktorý ste požiadali zsumarizovať. Ak máte k dispozícii text tohto článku, môžem vám pomôcť s jeho faktickým súhrnom v slovenčine podľa vašich požiadaviek.</w:t>
      </w:r>
    </w:p>
    <w:p/>
    <w:p>
      <w:pPr>
        <w:jc w:val="center"/>
      </w:pPr>
      <w:r>
        <w:t>Vygenerované: 14.03.2026 23:00:30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