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ALS proteín, ktorý spája opravu DNA s rakovinou a demenciou</w:t>
      </w:r>
    </w:p>
    <w:p>
      <w:r>
        <w:t>Zdroj: ScienceDaily Health</w:t>
      </w:r>
    </w:p>
    <w:p>
      <w:r>
        <w:t>Publikované: Sun, 15 Mar 2026 00:05:53 EDT</w:t>
      </w:r>
    </w:p>
    <w:p/>
    <w:p>
      <w:pPr>
        <w:pStyle w:val="Heading1"/>
      </w:pPr>
      <w:r>
        <w:t>Súhrn</w:t>
      </w:r>
    </w:p>
    <w:p>
      <w:r>
        <w:t>Vedci objavili proteín TDP43 spojený s ALS a demenciou, ktorý riadi kľúčový proces opravy DNA. Keď sa proteín dostane do nerovnováhy, systém opravy DNA sa vymkne kontrole, čo poškodzuje neuróny a destabilizuje DNA. Vysoké hladiny TDP43 sú spojené so zvýšenou mierou mutácií pri rakovine. Tento proteín tak spája opravu DNA s rakovinou a demenciou. TDP43 má väčšiu úlohu v chorobe, ako sa predpokladalo. Objav umiestňuje TDP43 do centra neurodegenerácie a biológie rakoviny.[Žiadne citácie, pretože súhrn je len z poskytnutého obsahu článku]</w:t>
      </w:r>
    </w:p>
    <w:p/>
    <w:p>
      <w:pPr>
        <w:jc w:val="center"/>
      </w:pPr>
      <w:r>
        <w:t>Vygenerované: 15.03.2026 06:00:32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