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testovali vitamín D na COVID a našli neočakávanú dlhú stopu COVID</w:t>
      </w:r>
    </w:p>
    <w:p>
      <w:r>
        <w:t>Zdroj: ScienceDaily Health</w:t>
      </w:r>
    </w:p>
    <w:p>
      <w:r>
        <w:t>Publikované: Sun, 15 Mar 2026 05:54:54 EDT</w:t>
      </w:r>
    </w:p>
    <w:p/>
    <w:p>
      <w:pPr>
        <w:pStyle w:val="Heading1"/>
      </w:pPr>
      <w:r>
        <w:t>Súhrn</w:t>
      </w:r>
    </w:p>
    <w:p>
      <w:r>
        <w:t>Veľká randomizovaná klinická štúdia výskumníkov z Mass General Brigham testovala vysoké dávky vitamínu D3 u dospelých s novodiagnostikovanou infekciou COVID-19.[1][2][3] Zapojilo sa 1747 pacientov v USA a Mongólsku a 277 ich domácich kontaktov, ktorí dostali buď vitamín D3 (9600 IU/deň po 2 dni, potom 3200 IU/deň) alebo placebo po dobu 4 týždňov.[1][2][3] Medián času od pozitívneho testu po začiatok suplementácie bol 3 dni.[1][2] Vysoké dávky vitamínu D3 neznížili závažnosť infekcie COVID-19, návštevy zdravotníckych zariadení, hospitalizácie ani úmrtnosť v porovnaní s placebom.[1][2][3] Rovnako neznížili mieru nákazy u domácich kontaktov.[1] Štúdia však odhalila trend, že dôsledné užívanie vitamínu D3 môže znižovať výskyt dlhého COVIDu po 8 týždňoch (OR 0,78; 95% CI: 0,59-1,03), čo si vyžaduje ďalšie výskumy.[3] Výsledky boli publikované v časopise The Journal of Nutrition.[1][2]</w:t>
      </w:r>
    </w:p>
    <w:p/>
    <w:p>
      <w:pPr>
        <w:jc w:val="center"/>
      </w:pPr>
      <w:r>
        <w:t>Vygenerované: 15.03.2026 11:00:34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