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 zubnej infekcie môže zlepšiť hladinu cukru v krvi a zdravie srdca</w:t>
      </w:r>
    </w:p>
    <w:p>
      <w:r>
        <w:t>Zdroj: ScienceDaily Health</w:t>
      </w:r>
    </w:p>
    <w:p>
      <w:r>
        <w:t>Publikované: Sun, 15 Mar 2026 22:51:56 EDT</w:t>
      </w:r>
    </w:p>
    <w:p/>
    <w:p>
      <w:pPr>
        <w:pStyle w:val="Heading1"/>
      </w:pPr>
      <w:r>
        <w:t>Súhrn</w:t>
      </w:r>
    </w:p>
    <w:p>
      <w:r>
        <w:t>Nová klinická štúdia ukazuje, že úspešná liečba zubnej infekcie prostredníctvom koreňového kanálika môže mať pozitívne účinky nielen na zdravie zubov, ale aj na celkové zdravie organizmu. U pacientov, ktorí boli liečení na infikované zuby, sa v priebehu času zlepšila kontrola hladiny krvného cukru a dosiahli zdravšie hladiny cholesterolu. Zubné infekcie umožňujú baktériám vstúpiť do krvného obehu, čo môže negatívne ovplyvniť metabolizmus a zdravie srdca. Liečba zubnej infekcie sa zdá byť účinná pri zmierňovaní zápalov v organizme. Odstránením infekcie sa podľa štúdie podarilo zvrátiť niektoré zo škodlivých účinkov, ktoré infekcia spôsobila. Tieto zistenia naznačujú, že starostlivosť o zuby a liečba zubných infekcií majú dôležitý vplyv na metabolické a kardiovaskulárne zdravie.</w:t>
      </w:r>
    </w:p>
    <w:p/>
    <w:p>
      <w:pPr>
        <w:jc w:val="center"/>
      </w:pPr>
      <w:r>
        <w:t>Vygenerované: 17.03.2026 13:01:12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