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Bežné pesticídy môžu viac ako zdvojnásobiť riziko Parkinsonovej choroby</w:t>
      </w:r>
    </w:p>
    <w:p>
      <w:r>
        <w:t>Zdroj: ScienceDaily Health</w:t>
      </w:r>
    </w:p>
    <w:p>
      <w:r>
        <w:t>Publikované: Mon, 16 Mar 2026 18:49:45 EDT</w:t>
      </w:r>
    </w:p>
    <w:p/>
    <w:p>
      <w:pPr>
        <w:pStyle w:val="Heading1"/>
      </w:pPr>
      <w:r>
        <w:t>Súhrn</w:t>
      </w:r>
    </w:p>
    <w:p>
      <w:r>
        <w:t>Nová štúdia UCLA Health ukazuje, že dlhodobé vystavenie pesticídu chlorpyrifos dramaticky zvyšuje riziko Parkinsonovej choroby. Ľudia žijúci v oblastiach s trvalou expozíciou majú viac ako 2,5-krát vyššiu pravdepodobnosť vzniku tejto poruchy. Laboratórne experimenty na zvieratách potvrdili tieto zistenia. Zvieratá vystavené chemikáliám vykazovali pohybové problémy. Okrem toho stratili neuróny produkujúce dopamín. Ukázali aj nahromadenie toxického proteínu rovnaké ako u pacientov s Parkinsonovou chorobou.</w:t>
      </w:r>
    </w:p>
    <w:p/>
    <w:p>
      <w:pPr>
        <w:jc w:val="center"/>
      </w:pPr>
      <w:r>
        <w:t>Vygenerované: 17.03.2026 02:00:34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