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z MIT objavili črevný proteín, ktorý zachytáva a zabíja nebezpečné baktérie</w:t>
      </w:r>
    </w:p>
    <w:p>
      <w:r>
        <w:t>Zdroj: ScienceDaily Health</w:t>
      </w:r>
    </w:p>
    <w:p>
      <w:r>
        <w:t>Publikované: Mon, 16 Mar 2026 00:05:04 EDT</w:t>
      </w:r>
    </w:p>
    <w:p/>
    <w:p>
      <w:pPr>
        <w:pStyle w:val="Heading1"/>
      </w:pPr>
      <w:r>
        <w:t>Súhrn</w:t>
      </w:r>
    </w:p>
    <w:p>
      <w:r>
        <w:t>Vedci z MIT objavili črevný proteín nazývaný intelectin-2, ktorý hrá dvojitú úlohu pri obrane čriev. Tento málo známy proteín posilňuje vrstvu hlienu, ktorá lemuje gastrointestinálny trakt. Zároveň zachytáva a znemožňuje škodlivé baktérie, ktoré sa snažia preniknúť cez túto vrstvu. Intelectin-2 sa viaže na cukry na molekulách hlienu aj na povrchoch baktérií. Tým vytvára ochrannú bariéru proti mikróbom. Proteín môže dokonca ničiť niektoré baktérie, vrátane tých, ktoré odolávajú antibiotikám.</w:t>
      </w:r>
    </w:p>
    <w:p/>
    <w:p>
      <w:pPr>
        <w:jc w:val="center"/>
      </w:pPr>
      <w:r>
        <w:t>Vygenerované: 16.03.2026 07:00:30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