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vytvárajú rakovinovú baterku, ktorá rozsvieti nádory</w:t>
      </w:r>
    </w:p>
    <w:p>
      <w:r>
        <w:t>Zdroj: ScienceDaily Health</w:t>
      </w:r>
    </w:p>
    <w:p>
      <w:r>
        <w:t>Publikované: Mon, 16 Mar 2026 01:04:50 EDT</w:t>
      </w:r>
    </w:p>
    <w:p/>
    <w:p>
      <w:pPr>
        <w:pStyle w:val="Heading1"/>
      </w:pPr>
      <w:r>
        <w:t>Súhrn</w:t>
      </w:r>
    </w:p>
    <w:p>
      <w:r>
        <w:t>Vedci vyvinuli malú protilátku, ktorá dokáže nájsť bežný rakovinový proteín a rozsvietiť nádory počas PET skenov. V testoch s myšami nádory obsahujúce proteín EphA2 jasne žiarili po použití tejto protilátky. Táto metóda by mohla pomôcť lekárom rýchlo identifikovať pacientov vhodných na novú cielenú liečbu rakoviny. Predstavuje rýchlejšiu a menej invazívnu alternatívu k tradičnému testovaniu tkanív. Protilátka cieli na proteín EphA2, ktorý je prítomný v nádoroch. Testy prebehli úspešne na myšacích modeloch s týmito nádormi.</w:t>
      </w:r>
    </w:p>
    <w:p/>
    <w:p>
      <w:pPr>
        <w:jc w:val="center"/>
      </w:pPr>
      <w:r>
        <w:t>Vygenerované: 16.03.2026 07:00:38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