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Prípad detského reninómu a prehľad literatúry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Reninóm je vzácny nádor obličky, ktorý spôsobuje vysoký krvný tlak. Článok opisuje prípad pacienta s desaťročnou hypertenziou, u ktorého bola diagnóza potvrdená bilaterálnym odberom obličkových žíl a patologickým vyšetrením. Pacient podstúpil rádiofrekvenčnú abláciu nádoru a neskôr čiastočnú nefrektómiu, po ktorej sa krvný tlak normalizoval. Analýza 62 prípadov reninómu v Číne od roku 2016 do mája 2025 odhalila tri typy: 44 typických reninómov, 16 atypických reninómov (s hypertenziou a normálnymi hladinami draslíka) a 2 nefunkčné reninómy. Podľa článku by mali mladé ženy s vysokým renínom a aldosterónom vyvolať podozrenie na reninóm. Diagnóza vyžaduje kombináciu klinického obrazu, zobrazovacích nálezov a patologických charakteristík. Kuratívna liečba je dosiahnuteľná resekciou nádoru so zachovaním renálnych jednotiek.</w:t>
      </w:r>
    </w:p>
    <w:p/>
    <w:p>
      <w:pPr>
        <w:jc w:val="center"/>
      </w:pPr>
      <w:r>
        <w:t>Vygenerované: 16.03.2026 07:00:56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