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Efektívnosť prevrátenej triedy v kombinácii s výučbou na základe prípadov v klinickom výcviku pediatrických stážistov: randomizovaná kontrolovaná štúdia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skúmala efektívnosť prevrátenej triedy (FC) kombinovanej s výučbou na základe prípadov (CBL) u 115 študentov bakalárskeho štúdia medicíny počas pediatrickej klinickej rotácie. Študentov náhodne rozdelili do intervenčnej skupiny (FC + CBL) a kontrolnej skupiny s tradičným prednáškovým vyučovaním. Intervenčná skupina dosiahla významne vyššie skóre v celkovom hodnotení, teoretických vedomostiach a objektívnom štruktúrovanom klinickom vyšetrení (OBSE) oproti kontrolnej skupine (p &lt; 0,05), v rutinnom výkone však rozdiel nebol významný. V subjektívnom hodnotení intervenčná skupina získala výrazne vyššie skóre v aktívnom učení, kritickom myslení, efektívnosti učenia, tímovej práci, komunikácii, riešení problémov, nácviku zručností, motivácii a celkovej efektívnosti (p &lt; 0,01). Korelačná analýza ukázala silnejšie pozitívne súvislosti medzi aktívnym učením, kritickým myslením, motiváciou a objektívnymi výsledkami v intervenčnej skupine. Záver štúdie potvrdzuje, že FC + CBL zlepšuje objektívne výsledky aj subjektívne skúsenosti v pediatrickom klinickom výcviku.</w:t>
      </w:r>
    </w:p>
    <w:p/>
    <w:p>
      <w:pPr>
        <w:jc w:val="center"/>
      </w:pPr>
      <w:r>
        <w:t>Vygenerované: 16.03.2026 07:02:06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