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Model kombinujúci nočnú základnú impedanciu, peristaltickú vlnu vyvolanú prehĺtaním po spätnom toku a čas expozície kyselinám zlepšuje predikciu reakcie inhibítora protónovej pumpy na extraezofageálne symptómy v čínskej populácii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Štúdia analyzovala 92 čínskych pacientov s gastroezofageálnou refluxnou chorobou (GERD) a extraezofageálnymi symptómami, kde inhibítory protónovej pumpy (PPI) často slabšie reagujú. Nezávislými prediktormi odpovede na PPI boli patologický index strednej nočnej základnej impedancie (MNBI, p=0,013, OR=4,93), index peristaltickej vlny vyvolanej prehltnutím po refluxe (PSPW, p=0,015, OR=4,026, 95% CI:1,308–12,396), čas expozície kyselinám (AET, p=0,017, OR=4,246, 95% CI:1,290–13,982) a typické symptómy GERD (p=0,067, 95% CI:1,057–11,374). Kombinácia MNBI, PSPW a AET dosiahla významne vyššiu AUC ako jednotlivé parametre (p&lt;0,05). U pacientov s normálnou AET bola kombinovaná AUC MNBI a PSPW vyššia ako samotný MNBI (p&lt;0,001). Pri pacientoch len s extraezofageálnymi symptómami mali MNBI a kombinácia troch indexov vyššiu AUC ako AET (p&lt;0,05). MNBI a PSPW slúžia ako nezávislé prediktory odpovede na PPI, vrátane pacientov s normálnym AET, a ich kombinácia zvyšuje prediktívny výkon.</w:t>
      </w:r>
    </w:p>
    <w:p/>
    <w:p>
      <w:pPr>
        <w:jc w:val="center"/>
      </w:pPr>
      <w:r>
        <w:t>Vygenerované: 16.03.2026 07:02:47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