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Fázovo podmienené efekty odolnosti u viacjazyčných študentov medicíny: prierezová skúška teórie požiadaviek študentov a zdrojov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skúmala fázovo podmienené efekty odolnosti u 422 viacjazyčných študentov medicíny na medzinárodnej lekárskej fakulte v období máj – september 2024 podľa teórie požiadaviek študentov a zdrojov (SDR). Použili hierarchickú viacnásobnú regresiu na modelovanie akademickej angažovanosti (UWES-9S) v závislosti od psychickej odolnosti (BRS), znalosti arabského jazyka, fázy klinického tréningu, predchádzajúceho pobytu a sociálnej podpory (DSSI). Model hlavných účinkov vysvetlil 52,8 % rozptylu zapojenia (R² = 0,528), pričom najväčšie účinky mali odolnosť (β = 0,418, f² = 0,370), pohlavie (β = −0,410, f² = 0,356) a arabská zdatnosť (β = 0,370, f² = 0,267). Asociácia odolnosti a zapojenia bola silnejšia u klinických študentov ako u predklinických (β: 0,630 vs. 0,291; interakcia β = 0,339, p &lt; 0,001, f² = 0,129). Študentky mali nižšiu celkovú angažovanosť, najmä v konkrétnych dimenziách, zatiaľ čo sociálna podpora mala malé pozitívne asociácie. Analýza citlivosti bez predchádzajúceho pobytu potvrdila podobné výsledky (R² = 0,525). Prierezový dizajn nepodporuje kauzálne závery.</w:t>
      </w:r>
    </w:p>
    <w:p/>
    <w:p>
      <w:pPr>
        <w:jc w:val="center"/>
      </w:pPr>
      <w:r>
        <w:t>Vygenerované: 16.03.2026 07:02:58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