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CT zobrazenie u detí s nezávažnou astmou a astmou s variantom kašľa: funkčný spazmus alebo štrukturálna remodelácia?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preskúmala hrúbku steny priedušiek a plochu nameranú pomocou CT u 140 detí: 51 s nezávažnou astmou (AS), 50 s astmou s variantom kašľa (CVA) a 39 v kontrolnej skupine (CTL) z čínskej nemocnice v období január 2023 – jún 2025. Parametre ako plocha steny (WA), hrúbka steny (WT), percento plochy steny (WA%) a percento hrúbky steny (WT%) sa merali v špecifických bronchách (RB1/RB10, LB10) a boli významne vyššie v skupinách AS a CVA oproti CTL (p &lt; 0,05). Medzi pacientmi (AS + CVA) a kontrolou neboli rozdiely vo veku, pohlaví, počte bielych krviniek (WBC) ani eozinofilov (EOS). Deti s astmou alebo CVA sa delili podľa pľúcnych funkcií na skupiny s dysfunkciou malých dýchacích ciest (SAD) alebo obštrukčnou ventilačnou poruchou (OVD) a bez nich. Väčšina CT parametrov medzi týmito podskupinami nevykazovala štatisticky významné rozdiely. Výsledky CT naznačujú remodeláciu dýchacích ciest u pacientov s nezávažnou astmou a CVA v počiatočných štádiách. Pacienti s CVA majú odlišný klinický obraz a pľúcne funkcie od klasickej astmy, no rovnaký model remodelácie dýchacích ciest.</w:t>
      </w:r>
    </w:p>
    <w:p/>
    <w:p>
      <w:pPr>
        <w:jc w:val="center"/>
      </w:pPr>
      <w:r>
        <w:t>Vygenerované: 16.03.2026 07:45:34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