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Úloha stagingovej laparoskopie pred liečbou u pacientov s duktálnym adenokarcinómom pankreasu: skúsenosť v reálnom svete, v jednom centre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v jednom centre zahŕňala 102 pacientov s duktálnym adenokarcinómom pankreasu (PDAC) od novembra 2021 do júna 2025, u ktorých sa pred liečbou vykonala stagingová laparoskopia (SL). Pred SL bolo 45 pacientov (44,1 %) klasifikovaných ako resekabilných (R), 36 (35,0 %) ako hranične resekabilných (BR) a 21 (20,6 %) ako neresekovateľných lokálne pokročilých (UR-LA). SL odhalila vzdialené metastázy u 24 pacientov (23,5 %), vrátane 17,8 % u pacientov s R PDAC. Pozitívne CEA a CA19-9 ≥ 150 U/ml boli nezávisle spojené s vyšším rizikom okultných metastáz. Žiadna morbidita ani mortalita sa nevyskytla. U pacientov so zámerom liečiť bol medián celkového prežívania (OS) nad 22 mesiacov a medián bezrekurentného prežívania (DFS) 22 mesiacov. U UR-LA PDAC sa OS po SL nezlepšilo. SL sa odporúča u R alebo BR PDAC, najmä pri zvýšených nádorových markeroch, na presný staging a vhodnú liečbu.</w:t>
      </w:r>
    </w:p>
    <w:p/>
    <w:p>
      <w:pPr>
        <w:jc w:val="center"/>
      </w:pPr>
      <w:r>
        <w:t>Vygenerované: 16.03.2026 07:46:23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