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Dva prípady akútnej pankreatitídy vyskytujúce sa počas terapeutickej hypotermie pre ťažké poranenie mozgu: kazuistika a prehľad literatúry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Článok popisuje dva prípady akútnej pankreatitídy, ktoré sa vyskytli počas terapeutickej hypotermie u pacientov s ťažkým poranením mozgu. Terapeutická hypotermia sa používa na liečbu ťažkého poranenia mozgu, znižuje teplotu na 33–34 °C a môže zlepšiť neurologické výsledky, no zvyšuje riziko komplikácií. V prvom prípade 75-ročná žena s intracerebrálnym krvácaním dostala hypotermiu na 34 °C a na druhý deň sa u nej rozvinula akútna pankreatitída, ktorá ustúpila po prerušení hypotermie. V druhom prípade 62-ročný muž s cerebrálnym edémom po trombektómii podstúpil hypotermiu na 33–34 °C a pankreatitída sa objavila tiež na druhý deň, s zlepšením po prehriatí. V oboch prípadoch boli vylúčené bežné príčiny pankreatitídy a časová súvislosť naznačuje spojenie s hypotermiou. Akútna pankreatitída počas terapeutickej hypotermie je mimoriadne zriedkavá a jej príčina je multifaktoriálna, zahŕňajúca hypotermiu a stresové reakcie. Lekári by mali byť ostražití na túto komplikáciu, aby predišli oneskorenej diagnostike a liečbe.</w:t>
      </w:r>
    </w:p>
    <w:p/>
    <w:p>
      <w:pPr>
        <w:jc w:val="center"/>
      </w:pPr>
      <w:r>
        <w:t>Vygenerované: 16.03.2026 07:47:03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