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Minimálne invazívny manažment torzie obrovskej ovariálnej cysty u obézneho dieťaťa: jednoportový prístup kombinovaný s mimotelovou cystektómiou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U 11-ročného a 8-mesačného obézneho dievčatka pred menarché sa prejavila bolesť v pravej dolnej časti brucha trvajúcou 40 hodín. Ultrazvuk ukázal veľkú pravostrannú cystickú masu so „značkou vírivky“ (O-RADS 2) a CT potvrdil panvovú cystickú léziu s minimálnou tekutinou. Pri prijatí mala zvýšené pečeňové enzýmy ALT 278 U/l a AST 122 U/l. Jednoportová laparoskopická operácia cez pupok odhalila 540° torziu pravého adnexálneho pediklu, po detorzii nasledovala mimotelová cystektómia s dekompresiou, excíziou steny cysty, hemostázou a rekonštrukciou vaječníka. Strata krvi bola približne 20 ml, transaminázy sa po operácii normalizovali a dievča bolo prepustené na 4. deň. Histopatológia potvrdila ovariálnu folikulárnu cystu s miernou hyperpláziou granulóznych buniek. Tento jednoportový prístup s mimotelovou cystektómiou je bezpečné minimálne invazívne riešenie torzie u detí, skracuje čas operácie, minimalizuje expozíciu CO2 a zachováva funkciu vaječníkov.</w:t>
      </w:r>
    </w:p>
    <w:p/>
    <w:p>
      <w:pPr>
        <w:jc w:val="center"/>
      </w:pPr>
      <w:r>
        <w:t>Vygenerované: 16.03.2026 08:00:46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