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Pľúcna sarkoidóza s pleurálnym postihnutím u 44-ročného pacienta: kazuistika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U 44-ročného pacienta sa prejavila pľúcna sarkoidóza s pleurálnym postihnutím, čo je zriedkavé, pretože pleura býva postihnutá len výnimočne. Pacient mal suchý kašeľ a dýchavičnosť trvajúcu 4 týždne. Počítačová tomografia hrudníka odhalila pľúcne uzliny, subpleurálne uzliny, mediastinálnu lymfadenopatiu a bilaterálny pleurálny výpotok. Torakoskopická pleurálna biopsia potvrdila nekazeózne granulómy, čím sa preukázalo pleurálne postihnutie spôsobené sarkoidózou. Pacient dostal liečbu kortikosteroidmi, po ktorej všetky nepríjemné príznaky postupne vymizli. Nasledujúca CT o 8 týždňov neskôr ukázala úplné zmiznutie pleurálneho výpotku. Táto kazuistika zdôrazňuje, že pri pleurálnom výpotku a pleurálnych uzlinách treba vylúčiť iné príčiny a zvážiť sarkoidózu ako základné ochorenie.</w:t>
      </w:r>
    </w:p>
    <w:p/>
    <w:p>
      <w:pPr>
        <w:jc w:val="center"/>
      </w:pPr>
      <w:r>
        <w:t>Vygenerované: 16.03.2026 08:00:56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