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Peristomálna pyoderma gangrenosum: prehľad pokroku v ošetrovateľskom výskume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Peristomálna pyoderma gangrenosum (PPG) je zriedkavá a ťažko liečiteľná zápalová kožná choroba, ktorá sa vyskytuje predovšetkým u ľudí po operácii stómie.[1] Príčiny PPG sú zložité a zahŕňajú poruchy imunitného systému, genetickú náchylnosť, chirurgickú traumu a ďalšie demografické faktory, ktoré vedú k vzniku bolestivých vredov výrazne zhoršujúcich kvalitu života pacientov.[1] Diagnóza vyžaduje multidisciplinárny prístup zahŕňajúci klinické vyšetrenie, histopatologické testy a pokročilé diagnostické kritériá.[1] Liečba kombinuje starostlivosť o rany, systémové lieky a v niektorých prípadoch chirurgické zákroky s orientáciou na individuálne potreby pacienta.[1] Ošetrovateľská starostlivosť zohráva kľúčovú úlohu vrátane pokročilej liečby vredov, zvládania bolesti, psychologickej podpory, výživových opatrení a zdravotnej výchovy.[1] Budúci výskum by sa mal zamerať na identifikáciu špecifických biomarkerov, vývoj nových liekov a vytvorenie jednotných ošetrovateľských postupov na zlepšenie výsledkov liečby a predchádzanie opakovanému výskytu choroby.[1]</w:t>
      </w:r>
    </w:p>
    <w:p/>
    <w:p>
      <w:pPr>
        <w:jc w:val="center"/>
      </w:pPr>
      <w:r>
        <w:t>Vygenerované: 16.03.2026 08:01:06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