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Spoluvedca AI je tu</w:t>
      </w:r>
    </w:p>
    <w:p>
      <w:r>
        <w:t>Zdroj: Nature Medicine</w:t>
      </w:r>
    </w:p>
    <w:p>
      <w:r>
        <w:t>Publikované: 2026-03-16</w:t>
      </w:r>
    </w:p>
    <w:p/>
    <w:p>
      <w:pPr>
        <w:pStyle w:val="Heading1"/>
      </w:pPr>
      <w:r>
        <w:t>Súhrn</w:t>
      </w:r>
    </w:p>
    <w:p>
      <w:r>
        <w:t>AI spoluvedec je multiagentový systém umelej inteligencie postavený na modeli Gemini 2.0, ktorý slúži ako virtuálny spolupracovník pre vedcov pri generovaní nových hypotéz a výskumných návrhov.[1] Systém bol testovaný v troch biomedicínskych aplikáciách: repuropozícia liekov, navrhovanie nových terapeutických cieľov a objasňovanie mechanizmov odolnosti voči antibiotikám.[1] V oblasti repuropozície liekov systém navrhol existujúce lieky na liečbu akútnej myelóidnej leukémie, pričom laboratórne testy potvrdili, že liek Kira 6 znižuje rast rakovinových buniek v závislosti od dávky.[3] Pri identifikácii cieľov na liečbu fibrózy pečene systém navrhol epigenetické ciele s významnou antifibrotickou aktivitou v ľudských hepatálnych organoidoch.[1] Všetky navrhnuté liečby vykazovali sľubnú aktivitu s p-hodnotami pod 0,01 v porovnaní s kontrolami.[1] Hypotézy systému boli overené v reálnych laboratórnych experimentoch s vedením expertov.[1] Tieto výsledky urýchľujú biomedicínske objavy a dopĺňajú ľudskú kreativitu.[1] Podrobnosti o fibróze pečene budú uvedené v správe spolupracovníkov zo Stanford University.[1]</w:t>
      </w:r>
    </w:p>
    <w:p/>
    <w:p>
      <w:pPr>
        <w:jc w:val="center"/>
      </w:pPr>
      <w:r>
        <w:t>Vygenerované: 16.03.2026 12:00:34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