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Lekári vo fašistických režimoch</w:t>
      </w:r>
    </w:p>
    <w:p>
      <w:r>
        <w:t>Zdroj: BMJ</w:t>
      </w:r>
    </w:p>
    <w:p>
      <w:r>
        <w:t>Publikované: 2026-03-16T03:11:32-07:00</w:t>
      </w:r>
    </w:p>
    <w:p/>
    <w:p>
      <w:pPr>
        <w:pStyle w:val="Heading1"/>
      </w:pPr>
      <w:r>
        <w:t>Súhrn</w:t>
      </w:r>
    </w:p>
    <w:p>
      <w:r>
        <w:t>Lekári v USA, ktorí podporujú Trumpov režim, vyvolávajú otázku reakcie lekárskej profesie na fašistické režimy. Kontrola Trumpovej administratívy podľa 14 charakteristík fašizmu dosahuje vysoké skóre. Jednou z charakteristík je tendencia podporovať nepriateľstvo voči vyššiemu vzdelávaniu a akademickej obci, kde sú profesori cenzurovaní alebo zatýkaní. V nacistickom Nemecku sa lekári podľa knihy Lekári za Hitlera od Michala Katera nacizovali dôkladnejšie a skôr ako iné profesie a urobili pre režim viac ako mimoprofesionálni rovesníci. Po vojne nemeckí lekári tvrdili, že zverstvá spôsobili len niektorí nepoctiví lekári. Americký psychiater Robert Jay Lifton tvrdil opak.</w:t>
      </w:r>
    </w:p>
    <w:p/>
    <w:p>
      <w:pPr>
        <w:jc w:val="center"/>
      </w:pPr>
      <w:r>
        <w:t>Vygenerované: 16.03.2026 12:01:22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