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Rozsiahly posun v USA od predpisovania k OTC leží v rukách farmácie</w:t>
      </w:r>
    </w:p>
    <w:p>
      <w:r>
        <w:t>Zdroj: Pharmaceutical Technology</w:t>
      </w:r>
    </w:p>
    <w:p>
      <w:r>
        <w:t>Publikované: Mon, 16 Mar 2026 11:17:13 +0000</w:t>
      </w:r>
    </w:p>
    <w:p/>
    <w:p>
      <w:pPr>
        <w:pStyle w:val="Heading1"/>
      </w:pPr>
      <w:r>
        <w:t>Súhrn</w:t>
      </w:r>
    </w:p>
    <w:p>
      <w:r>
        <w:t>V USA prebieha rozsiahly posun od liekov na predpis k voľnopredajným liekom (OTC). FDA môže legálne schváliť výrobu liekov na predpis ako OTC. Právna expertka Heidi Gertner uvádza, že tento širší posun závisí od zapojenia farmaceutických firiem. Farmaceuti majú kľúčovú úlohu pri realizácii zmien. FDA reguluje OTC lieky prostredníctvom monografií, ktoré stanovujú podmienky pre bezpečnosť a účinnosť v 36 terapeutických kategóriách. Niektoré lieky sa môžu prepnúť z predpísaných na OTC po posúdení schopnosti spotrebiteľov ich bezpečne používať. Deväťdesiatpäť percent OTC liekov schválených cez NDA alebo ANDA bolo predtým dostupných na predpis pre rovnakú indikáciu.</w:t>
      </w:r>
    </w:p>
    <w:p/>
    <w:p>
      <w:pPr>
        <w:jc w:val="center"/>
      </w:pPr>
      <w:r>
        <w:t>Vygenerované: 16.03.2026 14:00:56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