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Meningitída v Kente: Dvaja mladí ľudia zomreli a 11 vážne chorých</w:t>
      </w:r>
    </w:p>
    <w:p>
      <w:r>
        <w:t>Zdroj: BMJ</w:t>
      </w:r>
    </w:p>
    <w:p>
      <w:r>
        <w:t>Publikované: 2026-03-16T05:46:18-07:00</w:t>
      </w:r>
    </w:p>
    <w:p/>
    <w:p>
      <w:pPr>
        <w:pStyle w:val="Heading1"/>
      </w:pPr>
      <w:r>
        <w:t>Súhrn</w:t>
      </w:r>
    </w:p>
    <w:p>
      <w:r>
        <w:t>V Kente došlo k prepuknutiu invazívnej meningokokovej meningitídy medzi 13. a 15. marcom 2026, pri ktorom zomreli dvaja mladí ľudia a 11 ďalších je hospitalizovaných v vážnom stave[1][2]. Jednou z obetí bol študent Univerzity v Kente a druhou žiak šiestej triedy zo školy vo Favershame; obaja boli vo veku 18 až 21 rokov[1][2]. Väčšina hospitalizovaných sú študenti, ktorí boli vystavení nákaze v prostredí univerzity a jej okolia[1]. Agentúra UK Health Security Agency (UKHSA) kontaktuje viac ako 30 000 študentov, zamestnancov a ich rodiny s cieľom identifikovať blízke kontakty a distribuovať preventívne antibiotiká[1]. Špecifický kmeň meningitídy zatiaľ nebol identifikovaný[2]. Meningokoková choroba je rýchlo progredujúca bakteriálna infekcia, ktorá môže viesť k meningitíde a septicémii a je obzvlášť nebezpečná pre mladých ľudí v prostredí, kde sa ľudia blízko stretávajú[1][2].</w:t>
      </w:r>
    </w:p>
    <w:p/>
    <w:p>
      <w:pPr>
        <w:jc w:val="center"/>
      </w:pPr>
      <w:r>
        <w:t>Vygenerované: 16.03.2026 15:00:37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