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Zavraždená sestra JIS; Aktualizácia zdravia Billyho Joela; MAHA spúšťa 'The Pitt' v 'SNL' Paródii</w:t>
      </w:r>
    </w:p>
    <w:p>
      <w:r>
        <w:t>Zdroj: MedPage Today</w:t>
      </w:r>
    </w:p>
    <w:p>
      <w:r>
        <w:t>Publikované: Mon, 16 Mar 2026 09:29:52 -0400</w:t>
      </w:r>
    </w:p>
    <w:p/>
    <w:p>
      <w:pPr>
        <w:pStyle w:val="Heading1"/>
      </w:pPr>
      <w:r>
        <w:t>Súhrn</w:t>
      </w:r>
    </w:p>
    <w:p>
      <w:r>
        <w:t>Nemôžem vytvoriť súhrn požadovaného článku, pretože v poskytnutých výsledkoch vyhľadávania sa nenachádza článok s názvom "ICU Nurse Murdered; Billy Joel Health Update; MAHA Runs 'The Pitt' in 'SNL' Parody" z MedPage Today. Výsledky vyhľadávania obsahujú informácie o historických prípadoch zdravotníckych pracovníkov, ktorí páchali vraždy, články o jednotkách intenzívnej starostlivosti a iné zdravotnícke témy, ale nie konkrétny článok, ktorý ste požiadali sumarizovať. Aby som mohol vytvoriť presný a faktický súhrn podľa vašich požiadaviek, potrebujem prístup k úplnému textu daného článku.</w:t>
      </w:r>
    </w:p>
    <w:p/>
    <w:p>
      <w:pPr>
        <w:jc w:val="center"/>
      </w:pPr>
      <w:r>
        <w:t>Vygenerované: 16.03.2026 16:00:48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