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Klinická štúdia o liečbe dospievajúcej idiopatickej skoliózy vyváženou terapiou nádob s flexibilnou korekčnou vhodnou technológiou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Klinická štúdia skúmala účinnosť kombinovanej liečby idiopatickej skoliózy u dospievajúcich, ktorá spájala flexibilnú výstuhu s dvomi týždňami vyváženej baňovacej terapie. Štúdia zahŕňala adolescentov s idiopatickou skoliózou rozdelených do kontrolnej skupiny (len výstuha) a pozorovacej skupiny (výstuha plus baňovacia terapia) od októbra 2022 do septembra 2024. Po troch mesiacoch preukázala pozorovaná skupina signifikantne väčšiu redukciu Cobbovho uhla (24,16 ± 3,25 stupňov oproti 26,98 ± 3,87 stupňov) a apikálnej priečnej rotácie. Plantárny tlak sa zlepšil výraznejšie v pozorovanej skupine, pričom index stredovej odchýlky tlaku dosiahol hodnotu 8,87 ± 2,17 oproti 10,54 ± 2,21 v kontrolnej skupine. Kombinovaná liečba vykazovala lepší bezpečnostný profil (8,00 % nežiaducich udalostí oproti 14,46 %) a výrazne lepšiu kvalitu života. Výsledky naznačujú potenciálny klinický prínos kombinovanej liečby, avšak autori zdôrazňujú potrebu dlhodobých štúdií na overenie trvalých účinkov tejto liečebnej metódy.</w:t>
      </w:r>
    </w:p>
    <w:p/>
    <w:p>
      <w:pPr>
        <w:jc w:val="center"/>
      </w:pPr>
      <w:r>
        <w:t>Vygenerované: 16.03.2026 17:00:49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