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Aké presné sú predpovede alergií?</w:t>
      </w:r>
    </w:p>
    <w:p>
      <w:r>
        <w:t>Zdroj: MedPage Today</w:t>
      </w:r>
    </w:p>
    <w:p>
      <w:r>
        <w:t>Publikované: Mon, 16 Mar 2026 10:35:51 -0400</w:t>
      </w:r>
    </w:p>
    <w:p/>
    <w:p>
      <w:pPr>
        <w:pStyle w:val="Heading1"/>
      </w:pPr>
      <w:r>
        <w:t>Súhrn</w:t>
      </w:r>
    </w:p>
    <w:p>
      <w:r>
        <w:t>Ľutujeme, ale v poskytnutých výsledkoch vyhľadávania sa nenachádza článok z MedPage Today s názvom "Just How Accurate Are Allergy Forecasts?" (Aké presné sú predpovede alergií?). Výsledky obsahujú informácie o presnosti meteorologických predpovedí počasia a všeobecné informácie o alergiách na Slovensku, ale nie konkrétny článok, ktorý ste požiadali zhrnúť. Aby som mohol vytvoriť presný a faktický súhrn podľa vašich požiadaviek, potrebujem mať dostupný samotný článok z MedPage Today. Bez neho nemôžem garantovať, že by súhrn obsahoval len overené fakty z tohto konkrétneho zdroja.</w:t>
      </w:r>
    </w:p>
    <w:p/>
    <w:p>
      <w:pPr>
        <w:jc w:val="center"/>
      </w:pPr>
      <w:r>
        <w:t>Vygenerované: 16.03.2026 17:01:27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