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Buprenorfín s predĺženým uvoľňovaním životaschopný, bezpečný počas tehotenstva</w:t>
      </w:r>
    </w:p>
    <w:p>
      <w:r>
        <w:t>Zdroj: MedPage Today</w:t>
      </w:r>
    </w:p>
    <w:p>
      <w:r>
        <w:t>Publikované: Mon, 16 Mar 2026 12:39:35 -0400</w:t>
      </w:r>
    </w:p>
    <w:p/>
    <w:p>
      <w:pPr>
        <w:pStyle w:val="Heading1"/>
      </w:pPr>
      <w:r>
        <w:t>Súhrn</w:t>
      </w:r>
    </w:p>
    <w:p>
      <w:r>
        <w:t>Buprenorfín s predĺženým uvoľňovaním je bezpečnou a účinnou liečbou pre tehotné a poporodné ženy s poruchou užívania opioidov[1]. Štúdia zahŕňala 15 tehotných a poporodných pacientok, ktoré boli liečené týmto liekom[1]. Hlavnými dôvodmi na začatie liečby buprenorfínom s predĺženým uvoľňovaním boli nevoľnosť, náročnosť viacnásobného denného dávkovania sublinguálneho buprenorfínu a pretrvávajúce chúťky na opioidov[1]. Po začatí liečby všetci pacienti preukázali zvýšenú adherenciu k liečbe, úplné prestanie užívania neordinovaných opioidov a zníženie spotreby iných látok[1]. Štúdia nezaznamenala žiadne nežiaduce účinky na matku ani na novorodenca[1]. Buprenorfín počas tehotenstva a v poporodnom období znižuje chorobnosť a úmrtnosť matky a plodu[1].</w:t>
      </w:r>
    </w:p>
    <w:p/>
    <w:p>
      <w:pPr>
        <w:jc w:val="center"/>
      </w:pPr>
      <w:r>
        <w:t>Vygenerované: 16.03.2026 19:01:26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