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Dieťa šéfa FDA dostane antibiotiká iba vtedy, ak je „na smrteľnej posteli“</w:t>
      </w:r>
    </w:p>
    <w:p>
      <w:r>
        <w:t>Zdroj: MedPage Today</w:t>
      </w:r>
    </w:p>
    <w:p>
      <w:r>
        <w:t>Publikované: Mon, 16 Mar 2026 13:48:44 -0400</w:t>
      </w:r>
    </w:p>
    <w:p/>
    <w:p>
      <w:pPr>
        <w:pStyle w:val="Heading1"/>
      </w:pPr>
      <w:r>
        <w:t>Súhrn</w:t>
      </w:r>
    </w:p>
    <w:p>
      <w:r>
        <w:t>Nemôžem vytvoriť súhrn článku s názvom "FDA Chief's Kid Will Only Get Antibiotics if He's 'On His Deathbed'" na základe poskytnutých výsledkov vyhľadávania. Vyhľadávané výsledky obsahujú informácie o vyhláseniach komisára FDA Martyho Makarya týkajúcich sa vakcín proti COVID-19 a ďalších regulačných opatreniach, ale neobsahujú text ani obsah článku z MedPage Today, ktorý ste uviedli. Aby som mohol vytvoriť presný a faktický súhrn podľa vašich požiadaviek, potreboval by som mať dostupný samotný článok alebo jeho obsah v poskytnutých výsledkoch vyhľadávania.</w:t>
      </w:r>
    </w:p>
    <w:p/>
    <w:p>
      <w:pPr>
        <w:jc w:val="center"/>
      </w:pPr>
      <w:r>
        <w:t>Vygenerované: 16.03.2026 20:00:56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