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Federálny sudca pozastavil prepracovanie očkovacej politiky ministra zdravotníctva RFK Jr</w:t>
      </w:r>
    </w:p>
    <w:p>
      <w:r>
        <w:t>Zdroj: STAT News</w:t>
      </w:r>
    </w:p>
    <w:p>
      <w:r>
        <w:t>Publikované: Mon, 16 Mar 2026 20:22:23 +0000</w:t>
      </w:r>
    </w:p>
    <w:p/>
    <w:p>
      <w:pPr>
        <w:pStyle w:val="Heading1"/>
      </w:pPr>
      <w:r>
        <w:t>Súhrn</w:t>
      </w:r>
    </w:p>
    <w:p>
      <w:r>
        <w:t>Federálny sudca v pondelok zastavil hlavné časti kampane ministra zdravotníctva Roberta F. Kennedyho Jr. za prepracovanie očkovacej politiky v USA[1]. Kennedy v júni preobsadil členov Poradního výboru pre očkovacie praktiky (ACIP), aby obnovil klesajúcu dôveru verejnosti v očkovacie látky[1]. Výbor jednomyseľne zrušil predchádzajúce odporúčanie každoročného očkovania proti covidu-19 pre všetkých Američanov od šiestich mesiacov veku a namiesto toho odporúča očkovanie na základe spoločného klinického rozhodnutia s lekárom[1]. Členovia výboru odložili hlasovanie o odložení očkovania proti hepatitíde B, ktoré sa podáva pri narodení[1]. Kennedy predtým stiahol podporu širokému podávaniu vakcín proti covidu-19, hoci zachoval ich krytie z poistenia[1]. Ministrovi kritici upozorňujú na možné zdravotné riziká týchto zmien[3]. Niektoré štáty ako Washington, Oregon a Kalifornia vytvorili koalíciu na vlastné očkovacie odporúčania, zatiaľ čo Florida plánuje zrušiť povinné očkovania v školách[3].</w:t>
      </w:r>
    </w:p>
    <w:p/>
    <w:p>
      <w:pPr>
        <w:jc w:val="center"/>
      </w:pPr>
      <w:r>
        <w:t>Vygenerované: 16.03.2026 22:00:32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