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Držte GLP-1 pred endoskopiou? Klinická štúdia zistila zadržaný obsah žalúdka</w:t>
      </w:r>
    </w:p>
    <w:p>
      <w:r>
        <w:t>Zdroj: MedPage Today</w:t>
      </w:r>
    </w:p>
    <w:p>
      <w:r>
        <w:t>Publikované: Mon, 16 Mar 2026 15:51:16 -0400</w:t>
      </w:r>
    </w:p>
    <w:p/>
    <w:p>
      <w:pPr>
        <w:pStyle w:val="Heading1"/>
      </w:pPr>
      <w:r>
        <w:t>Súhrn</w:t>
      </w:r>
    </w:p>
    <w:p>
      <w:r>
        <w:t>Pacienti užívajúci GLP-1 alebo GLP-1/GIP agonisty mali významný reziduálny objem žalúdka (RGV), ak nedržali medikáciu pred hornou endoskopiou. Táto situácia platila, pokiaľ deň pred zákrokom nedržali čistú tekutú stravu. Randomizovaná klinická štúdia OCULUS toto zistenie potvrdila. Štúdia ukázala, že bez predchádzajúceho vysadenia liekov a špeciálnej diéty zostáva v žalúdku značné množstvo obsahu. Pacienti by mali lieky pred endoskopiou vysadiť. Výsledky zdôrazňujú riziko zadržaného žalúdočného obsahu pri týchto liekoch.</w:t>
      </w:r>
    </w:p>
    <w:p/>
    <w:p>
      <w:pPr>
        <w:jc w:val="center"/>
      </w:pPr>
      <w:r>
        <w:t>Vygenerované: 16.03.2026 22:00:42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