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Absces pečene vyvolaný rybou kosťou sekundárne k perforácii dvanástnika: kazuistika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U 56-ročného muža sa vyvinul pečeňový absces v segmente V spôsobený migráciou rybej kosti cez zadnú stenu dvanástnika, bez bolesti brucha či iných gastrointestinálnych príznakov. Pacient mal recidivujúcu horúčku trvajúcu 25 dní a zvýšené zápalové markery v krvi. Kontrastná počítačová tomografia ukázala lineárnu hyperdenznú štruktúru od dvanástnika do pečeňového parenchýmu. Núdzový laparoskopický zákrok odstránil rybiu kosť, oddrénoval absces a opravil perforáciu dvanástnika. Po operácii sa telesná teplota normalizovala v prvý deň a pacient bol prepustený na štvrtý pooperačný deň bez recidívy. Prípad zdôrazňuje potrebu zvážiť migráciu cudzieho tela z čriev u pacientov s pečeňovým abscesom a horúčkou neznámeho pôvodu, aj bez bolesti brucha. Presná diagnóza vyžaduje detailnú stravovaciu anamnézu a starostlivú interpretáciu CT. Laparoskopická chirurgia je účinným diagnosticko-terapeutickým riešením.</w:t>
      </w:r>
    </w:p>
    <w:p/>
    <w:p>
      <w:pPr>
        <w:jc w:val="center"/>
      </w:pPr>
      <w:r>
        <w:t>Vygenerované: 17.03.2026 10:01:43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