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Pooperačné zápalové markery nie sú spojené so skrytou stratou krvi po artroskopii kolena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zahŕňala 34 pacientov po artroskopii kolena, kde sa skúmala súvislosť medzi zmenami zápalových markerov (∆CRP a ∆WBC) a skrytou stratou krvi (HBL). Pooperačne bol medián CRP 5,36 mg/l (IQR 2,80–12,20), priemerný WBC 9,25 ± 2,07 × 10^9/l a medián HBL 393,60 ml (IQR 273,42–672,97 ml). Hladiny CRP a WBC sa po operácii významne zvýšili oproti predoperačným hodnotám (p &lt; 0,001). Jednorozmerná ani viacrozmerná lineárna regresia nepreukázala významnú súvislosť medzi ∆CRP, ∆WBC a HBL (p &gt; 0,05), ani po úprave pre kovariáty. Skrytá strata krvi a systémová zápalová reakcia sú po artroskopii bežné, no nezávisia od seba. Záver štúdie uvádza, že pooperačný zápal a HBL predstavujú odlišné patofyziologické procesy. Lekári by mali vedieť, že zvýšené zápalové markery a pooperačná horúčka neindikujú vyššiu stratu krvi a HBL nie je rizikovým faktorom infekcie.</w:t>
      </w:r>
    </w:p>
    <w:p/>
    <w:p>
      <w:pPr>
        <w:jc w:val="center"/>
      </w:pPr>
      <w:r>
        <w:t>Vygenerované: 17.03.2026 10:01:52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