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Prediktory zníženia objemu o ≥ 50 % po rádiofrekvenčnej ablácii maternicových fibroidov: retrospektívna séria prípadov v jednom centre v Rumunsku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skúmala, či rutinne získané údaje pred zákrokom (vek, klasifikácia podľa FIGO, pôvodný objem fibroidov a Dopplerovo skóre) predpovedajú zníženie objemu maternicových fibroidov o ≥50 % po transvaginálnej rádiofrekvenčnej ablácii (RFA). Bola to retrospektívna séria prípadov v jednom centre v Rumunsku u 28–42 žien (priemerne 38 rokov) s symptomatickými fibroidmi. Objem fibroidov sa znížil z priemeru 60,82 cm³ na 28,3 cm³, čo je pokles o 54,0 %, a Dopplerovo skóre kleslo z 3,419 na 0,89. V logistickej regresnej analýze neboli štatisticky významné súvislosti s vekom pacientky alebo klasifikáciou podľa FIGO. Analýza na dôkaz koncepcie použila strojové učenie na štyri predprocedurálne premenné, no zdôraznila výzvy pri malej vzorke. Úspešné výsledky u dvoch submukóznych fibroidov (G0 a G1) ukazujú potenciál RFA pred hysteroskopickou myomektómiou na zachovanie plodnosti. Autori zdôrazňujú potrebu väčších prospektívnych multicentrických štúdií kvôli malej vzorke a nerovnováhe tried.</w:t>
      </w:r>
    </w:p>
    <w:p/>
    <w:p>
      <w:pPr>
        <w:jc w:val="center"/>
      </w:pPr>
      <w:r>
        <w:t>Vygenerované: 17.03.2026 10:02:02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