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TFFBN-HDLF: hybridný rámec hlbokého učenia založený na časovo-frekvenčných funkčných mozgových sieťach na detekciu epileptických záchvatov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Štúdia navrhuje hybridný rámec hlbokého učenia TFFBN-HDLF na detekciu epileptických záchvatov u starších ľudí na základe EEG signálov. Rámec rieši problémy pomalých pozadieových aktivít a nestacionárnych dynamík mozgových signálov u seniorov. Metóda TFFBNC vytvára časovo-frekvenčnú funkčnú mozgovú sieť TFPPNet kombináciou Pearsonovho korelačného koeficientu a indexu fázového oneskorenia. Architektúra SeizureTransNet spája konvolučné neurónové siete s modulmi Transformer na extrakciu časopriestorových vlastností. Na dátovej sade CHB-MIT dosiahol rámec presnosť 98,09 % (AUC 99,45 %). Na sade Siena bola presnosť 92,49 % (AUC 95,64 %). Tieto výsledky potvrdzujú vyššiu spoľahlivosť monitorovania záchvatov u starších pacientov.</w:t>
      </w:r>
    </w:p>
    <w:p/>
    <w:p>
      <w:pPr>
        <w:jc w:val="center"/>
      </w:pPr>
      <w:r>
        <w:t>Vygenerované: 17.03.2026 10:02:23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