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Manažment lokálnej steroidnej terapie u mužských pacientov s lichen sclerosus po obriezke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Lichen sclerosus et atrophicus (LSA) je chronické zápalové kožné ochorenie postihujúce najmä genitálie u mužov aj žien v akomkoľvek veku. Liečba prvej línie zahŕňa lokálne kortikosteroidy, obriezka je indikovaná u nereagujúcich pacientov alebo pri fimóze. Retrospektívna štúdia analyzovala 55 mužov s LSA, z čoho 40 % podstúpilo obriezku. Z operovaných pacientov 83 % užívalo lokálne steroidy pred operáciou a 68 % pokračovalo po nej, s prežívaním bez steroidov priemerne 19 mesiacov. Obnovenie steroidnej liečby po operácii korelovalo s predchádzajúcou liečbou (p = 0,043). Kvalita života sa zlepšila po obriezke a zhoršila pri aktívnej liečbe alebo fimóze (p = 0,002; p = 0,006). Obriezka zlepšuje kvalitu života najmä pri fimóze, hoci recidívy sú časté a lokálne terapie sa bežne používajú. Manažment LSA má byť personalizovaný, kombinujúci medicínske a chirurgické prístupy podľa závažnosti a reakcie pacienta.</w:t>
      </w:r>
    </w:p>
    <w:p/>
    <w:p>
      <w:pPr>
        <w:jc w:val="center"/>
      </w:pPr>
      <w:r>
        <w:t>Vygenerované: 17.03.2026 10:02:52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