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cvičebných programov na kardiopulmonálnu funkciu a príznaky a symptómy u pacientov so stavom po COVID-19: systematický prehľad a metaanalýza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Táto systematická prehľad a metaanalýza hodnotila účinky cvičebných programov trvajúcich najmenej 6 týždňov na pacientov so stavom po COVID-19. Zahrnula 10 randomizovaných kontrolovaných štúdií s 602 účastníkmi vo veku 18 až 70 rokov, kde priemerná dĺžka programov bola 8,6 týždňa (rozmedzie 6 až 16 týždňov). Programy zahŕňali aeróbne cvičenie, odporové cvičenie, dychové cvičenie, cvičenie hrudnej mobility, expanziu hrudníka a tréning dýchacích svalov, realizované doma, cez telehealth, v centrách alebo kombinovane. V porovnaní s kontrolnými skupinami (zvyčajná starostlivosť alebo žiadne štruktúrované cvičenie) cvičenie významne zlepšilo cvičebnú kapacitu (6-minútová chôdza), pľúcne funkcie (nútená vitálna kapacita, úsilný výdychový objem za 1 s), dyspnoe (upravená stupnica Medical Research Council), fyzickú bolesť a domény kvality života súvisiace so zdravím. Celková istota dôkazov bola stredná až vysoká. Cvičebné programy sú spojené so zlepšenou kardiopulmonálnou funkciou, zníženou dyspnoe a bolesťou a lepšími fyzickými a zdravotnými výsledkami.</w:t>
      </w:r>
    </w:p>
    <w:p/>
    <w:p>
      <w:pPr>
        <w:jc w:val="center"/>
      </w:pPr>
      <w:r>
        <w:t>Vygenerované: 17.03.2026 10:03:13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