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Vedci konečne odhalili, ako tento liek na Alzheimerovu chorobu skutočne funguje</w:t>
      </w:r>
    </w:p>
    <w:p>
      <w:r>
        <w:t>Zdroj: ScienceDaily Health</w:t>
      </w:r>
    </w:p>
    <w:p>
      <w:r>
        <w:t>Publikované: Tue, 17 Mar 2026 07:44:52 EDT</w:t>
      </w:r>
    </w:p>
    <w:p/>
    <w:p>
      <w:pPr>
        <w:pStyle w:val="Heading1"/>
      </w:pPr>
      <w:r>
        <w:t>Súhrn</w:t>
      </w:r>
    </w:p>
    <w:p>
      <w:r>
        <w:t>Lecanemab je protilátka schválená FDA na liečbu skorých štádií Alzheimerovej choroby, ktorá znižuje nahromadenie amyloid-beta (Aβ) v mozgu.[1] Špecificky cieli na protofibrily Aβ, ktoré sú považované za najviac neurotoxické formy.[1][2][4] Výskumníci zistili, že lecanemab funguje aktiváciou imunitných buniek mozgu prostredníctvom Fc fragmentu protilátky. Tento Fc fragment podnecuje mikroglie k odstraňovaniu škodlivých amyloidných plakov. Podáva sa v dvojmesačných infúziách a štúdie ukázali, že spomaľuje kognitívny a funkčný úpadok u pacientov so skorým Alzheimerom.[1] Lecanemab navyše blokuje aktiváciu kontaktného systému protofibrilmi Aβ, čo znižuje tvorbu bradykinínu a riziko ARIA.[1] Tieto zistenia môžu ovplyvniť návrh budúcich terapií.</w:t>
      </w:r>
    </w:p>
    <w:p/>
    <w:p>
      <w:pPr>
        <w:jc w:val="center"/>
      </w:pPr>
      <w:r>
        <w:t>Vygenerované: 17.03.2026 13:00:45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